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🤐 לפני שלוחצים "שלח": על רכילות וקבוצות הודעות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זה רכילות?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לדבר על מישהו כשהוא לא שם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ללמוד למבחן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לשחק כדורגל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לדבר על מישהו כשהוא לא שם.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אומרת סבתא של הכותבת?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מילים לא חשובות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למילים יש רגליים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למילים יש כנפיים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למילים יש כנפיים.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שער אחד מ"שלושת השערים". – </w:t>
      </w:r>
      <w:r>
        <w:rPr>
          <w:rFonts w:ascii="Arial" w:hAnsi="Arial" w:cs="Arial" w:eastAsia="Arial" w:hint="cs"/>
          <w:sz w:val="28"/>
          <w:szCs w:val="28"/>
          <w:rtl/>
        </w:rPr>
        <w:t>האם זה נכון? / האם זה נחוץ? / האם זה טוב?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אפשר לכתוב כדי לעצור רכילות? – </w:t>
      </w:r>
      <w:r>
        <w:rPr>
          <w:rFonts w:ascii="Arial" w:hAnsi="Arial" w:cs="Arial" w:eastAsia="Arial" w:hint="cs"/>
          <w:sz w:val="28"/>
          <w:szCs w:val="28"/>
          <w:rtl/>
        </w:rPr>
        <w:t>"די, זה לא נחמד."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"לפני ששולחים הודעה על מישהו, אני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סבתא של הכותבת אומרת: ל_______ יש כנפיים.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(מילים)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מבחן "שלושת ה_______": האם זה נכון?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(שערים)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האם זה _______?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(נחוץ)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האם זה _______?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(טוב)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רכילות  ·  מילים  ·  שערים  ·  נכון  ·  נחוץ  ·  טוב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בקבוצות ההודעות מתחילים לפעמים לדבר על ילד או ילדה. תוך דקות כולם יודעים, חוץ ממי שמדברים עליו.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"שמירת הלשון" היא רעיון ישן: להיזהר במה שאומרים על אחרים. סבתא של הכותבת אומרת: למילים יש כנפיים.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מבחן "שלושת השערים": האם זה נכון? האם זה נחוץ? האם זה טוב? אם לא – לא כותבים.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גם מי ששולח רק אימוג'י צוחק משתתף. אבל אדם אחד שכותב "די, זה לא נחמד" יכול לעצור את הכול.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ההצעה: לעצור חמש שניות לפני שכותבים על מישהו, ולא להעביר צילום מסך בלי רשות.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רכילות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דיבור על אנשים כשהם לא שם, בדרך כלל דברים לא נעימים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מסורת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מנהגים ורעיונות שעוברים מדור לדור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צילום מסך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תמונה של מה שרואים על מסך הטלפון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מעד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כמעט נפל, נתקל ברגל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רכילות  ·  מילים  ·  שערים  ·  נכון  ·  נחוץ  ·  טוב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זה רכילות?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לדבר על מישהו כשהוא לא שם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ללמוד למבחן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לשחק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אומרת סבתא של הכותבת?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מילים לא חשובות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למילים יש רגליים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למילים יש כנפיים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שער אחד מ"שלושת השערים".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אפשר לכתוב כדי לעצור רכילות?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"לפני ששולחים הודעה על מישהו, אני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סבתא של הכותבת אומרת: ל_______ יש כנפיים.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מבחן "שלושת ה_______": האם זה נכון?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האם זה _______?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האם זה _______?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🤐 לפני שלוחצים "שלח": על רכילות וקבוצות הודעות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