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🌧️ ענן בחוץ, ענן בפנים? מזג האוויר ומצב הרוח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טקסט מידעי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מאיה רוצה לעשות כשיורד גשם?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לרוץ מרתון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לשחות בים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להישאר בחדר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להישאר בחדר, לשתות שוקו ולקרוא.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יש פחות בחורף?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אוויר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אור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אור.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עידו אוהב בגשם? – </w:t>
      </w:r>
      <w:r>
        <w:rPr>
          <w:rFonts w:ascii="Arial" w:hAnsi="Arial" w:cs="Arial" w:eastAsia="Arial" w:hint="cs"/>
          <w:sz w:val="22"/>
          <w:szCs w:val="22"/>
          <w:rtl/>
        </w:rPr>
        <w:t>את הריח של האדמה הרטובה.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דבר אחד שעוזר ביום אפור. – </w:t>
      </w:r>
      <w:r>
        <w:rPr>
          <w:rFonts w:ascii="Arial" w:hAnsi="Arial" w:cs="Arial" w:eastAsia="Arial" w:hint="cs"/>
          <w:sz w:val="22"/>
          <w:szCs w:val="22"/>
          <w:rtl/>
        </w:rPr>
        <w:t>לצאת החוצה / לפתוח וילון / לזוז / משחק עם המשפחה.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"ביום גשום אני אוהב/ת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להתכרבל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לחשוב מראש שמשהו יקרה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חסרי 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לא מצליחים לשבת בשקט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נחשפים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חזק מאוד, יותר מהרגיל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קיצוני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פוגשים, מקבלים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אקלים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להתכסות ולהתקפל בנוחות, כמו בשמיכה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לצפות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מזג האוויר הרגיל באזור לאורך שנים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בימים גשומים מאיה רוצה להישאר בחדר. גם בכיתה יש יותר פיהוקים.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האור משפיע על השעון של הגוף. בחורף יש פחות אור, וחלק מהאנשים מרגישים עייפים ועצובים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גם מה שעושים משפיע: בגשם יוצאים פחות וזזים פחות.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לא כולם מרגישים אותו דבר. עידו אוהב גשם ואת הריח של האדמה הרטובה.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מה עוזר? לצאת קצת החוצה, לפתוח וילון, לזוז, ולעשות משהו נעים. אם העצב לא עובר – מדברים עם מבוגר.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להתכרבל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להתכסות ולהתקפל בנוחות, כמו בשמיכה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חסרי מנוחה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לא מצליחים לשבת בשקט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נחשפים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פוגשים, מקבלים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קיצוני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חזק מאוד, יותר מהרגיל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אקלים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מזג האוויר הרגיל באזור לאורך שנים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לצפות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לחשוב מראש שמשהו יקרה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מאיה רוצה לעשות כשיורד גשם?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לרוץ מרתון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לשחות בים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להישאר בחדר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יש פחות בחורף?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אוויר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אור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עידו אוהב בגשם?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כתבו דבר אחד שעוזר ביום אפור.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"ביום גשום אני אוהב/ת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להתכרבל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לחשוב מראש שמשהו יקרה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חסרי 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לא מצליחים לשבת בשקט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נחשפים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חזק מאוד, יותר מהרגיל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קיצוני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פוגשים, מקבלים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אקלים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להתכסות ולהתקפל בנוחות, כמו בשמיכה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לצפות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מזג האוויר הרגיל באזור לאורך שנים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🌧️ ענן בחוץ, ענן בפנים? מזג האוויר ומצב הרוח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