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🚀 "כשאגדל אהיה...": החלומות של גיל 13 ומה קורה להם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שאלה המחנכת?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איפה גרים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מה תרצו להיות כשתגדלו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מה אכלתם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מה תרצו להיות כשתגדלו.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לחלומות של רוב הילדים?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הם משתנים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הם תמיד אותו דבר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הם נעלמים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הם משתנים.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זה "חוט", לפי היועצת? – </w:t>
      </w:r>
      <w:r>
        <w:rPr>
          <w:rFonts w:ascii="Arial" w:hAnsi="Arial" w:cs="Arial" w:eastAsia="Arial" w:hint="cs"/>
          <w:sz w:val="28"/>
          <w:szCs w:val="28"/>
          <w:rtl/>
        </w:rPr>
        <w:t>משהו שחוזר בכל החלומות, כמו "לעזור לאחרים".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מותר לענות אם לא יודעים? – </w:t>
      </w:r>
      <w:r>
        <w:rPr>
          <w:rFonts w:ascii="Arial" w:hAnsi="Arial" w:cs="Arial" w:eastAsia="Arial" w:hint="cs"/>
          <w:sz w:val="28"/>
          <w:szCs w:val="28"/>
          <w:rtl/>
        </w:rPr>
        <w:t>"אני עוד מגלה."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"אני מרגיש/ה שהזמן טס כש___."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שמשתנה מראה סקרנות.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(חלום)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רק מעט תלמידים רצו את אותו _______ גם בכיתה ג׳.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(מקצוע)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כדאי לחפש "_______": דבר שחוזר.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(חוט)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חלום  ·  מקצוע  ·  משתנה  ·  סקרנות  ·  חוט  ·  לגלות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המחנכת שאלה: "מה תרצו להיות?". התלמידים כתבו תשובות רבות ושונות. שלושה כתבו "אין לי מושג".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רק מעט תלמידים רצו את אותו מקצוע גם בכיתה ג׳. החלומות משתנים.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היועצת אומרת: זה טוב! חלום שמשתנה מראה סקרנות. היא שואלת: "מה אתה אוהב לעשות?".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כדאי לחפש "חוט": דבר שחוזר. למשל – ילדה שתמיד רוצה לטפל באחרים.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מותר להגיד: "אני עוד מגלה". זו תשובה בוגרת.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מגוונות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שונות זו מזו, מכל מיני סוגים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תהפוכות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שינויים גדולים ומהירים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סקרנות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רצון לדעת ולגלות דברים חדשים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(כאן) דבר שחוזר ומחבר בין דברים שונים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חלום  ·  מקצוע  ·  משתנה  ·  סקרנות  ·  חוט  ·  לגלות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שאלה המחנכת?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איפה גרים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מה תרצו להיות כשתגדלו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מה אכלתם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לחלומות של רוב הילדים?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הם משתנים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הם תמיד אותו דבר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הם נעלמים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זה "חוט", לפי היועצת?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מותר לענות אם לא יודעים?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"אני מרגיש/ה שהזמן טס כש___."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שמשתנה מראה סקרנות.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רק מעט תלמידים רצו את אותו _______ גם בכיתה ג׳.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כדאי לחפש "_______": דבר שחוזר.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🚀 "כשאגדל אהיה...": החלומות של גיל 13 ומה קורה להם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