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🍊 שש בבוקר בפרדס: יום של קטיף עם כיתה ז׳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קטפה הכיתה?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ענבים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תפוזים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תפוחי אדמה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תפוזים.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קוטפים פרי, לפי אהרון?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זורקים לארגז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מושכים חזק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מסובבים בעדינות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מסובבים בעדינות או גוזרים במזמרה.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שלח אהרון לכיתה? – </w:t>
      </w:r>
      <w:r>
        <w:rPr>
          <w:rFonts w:ascii="Arial" w:hAnsi="Arial" w:cs="Arial" w:eastAsia="Arial" w:hint="cs"/>
          <w:sz w:val="22"/>
          <w:szCs w:val="22"/>
          <w:rtl/>
        </w:rPr>
        <w:t>ארגז תפוזים מתנה.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כתבה רוני? – </w:t>
      </w:r>
      <w:r>
        <w:rPr>
          <w:rFonts w:ascii="Arial" w:hAnsi="Arial" w:cs="Arial" w:eastAsia="Arial" w:hint="cs"/>
          <w:sz w:val="22"/>
          <w:szCs w:val="22"/>
          <w:rtl/>
        </w:rPr>
        <w:t>"האוכל לא מגיע מהסופר. הוא מגיע מאנשים."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"בפעם הבאה שאוכל פרי, אחשוב על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פרדס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תקופה ארוכה בלי גשם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מטע של עצי פרי הדר, כמו תפוזים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מזמרה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חווה, מקום של חקלאות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סחרחורת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מספריים מיוחדות לגזירת ענפים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הרגשה שהכול מסתובב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להעריך ולהתייחס יפה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כיתה ז׳ יצאה להתנדב בקטיף תפוזים. הם יצאו מוקדם בבוקר, והיה קר.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הם למדו בשיעור שחקלאים צריכים עזרה. המחנכת מצאה משק משפחתי.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החקלאי אהרון הסביר כללים: קוטפים רק פרי כתום, מסובבים בעדינות, ושותים מים.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העבודה הייתה קשה. הידיים כאבו. אבל הכיתה מילאה יותר ממאה ארגזים.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רוני כתבה: "האוכל לא מגיע מהסופר. הוא מגיע מאנשים." אהרון שלח לכיתה ארגז תפוזים מתנה.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פרדס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מטע של עצי פרי הדר, כמו תפוזים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חווה, מקום של חקלאות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מזמרה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מספריים מיוחדות לגזירת ענפים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סחרחורת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הרגשה שהכול מסתובב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בצורת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תקופה ארוכה בלי גשם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לכבד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להעריך ולהתייחס יפה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קטפה הכיתה?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ענבים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תפוזים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תפוחי אדמה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קוטפים פרי, לפי אהרון?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זורקים לארגז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מושכים חזק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מסובבים בעדינות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שלח אהרון לכיתה?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כתבה רוני?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"בפעם הבאה שאוכל פרי, אחשוב על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פרדס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תקופה ארוכה בלי גשם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מטע של עצי פרי הדר, כמו תפוזים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מזמרה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חווה, מקום של חקלאות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סחרחורת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מספריים מיוחדות לגזירת ענפים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הרגשה שהכול מסתובב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להעריך ולהתייחס יפה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🍊 שש בבוקר בפרדס: יום של קטיף עם 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