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🎙️ "לדבר לתוך מיקרופון ריק": שני מגישים בני 13 ופודקאסט אחד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ראיון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על מה התוכנית של אביגיל ויואב?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בישול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בעלי חיים מוזרים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בעלי חיים מוזרים.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עושים לפני שמקליטים?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ישנים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קונים מיקרופון יקר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בודקים עובדות וכותבים נקודות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בודקים עובדות וכותבים נקודות.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הטיפ למי שמדבר למיקרופון? – </w:t>
      </w:r>
      <w:r>
        <w:rPr>
          <w:rFonts w:ascii="Arial" w:hAnsi="Arial" w:cs="Arial" w:eastAsia="Arial" w:hint="cs"/>
          <w:sz w:val="28"/>
          <w:szCs w:val="28"/>
          <w:rtl/>
        </w:rPr>
        <w:t>לדמיין מאזין אחד ולדבר אליו.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כמה לבבות יש לתמנון? – </w:t>
      </w:r>
      <w:r>
        <w:rPr>
          <w:rFonts w:ascii="Arial" w:hAnsi="Arial" w:cs="Arial" w:eastAsia="Arial" w:hint="cs"/>
          <w:sz w:val="28"/>
          <w:szCs w:val="28"/>
          <w:rtl/>
        </w:rPr>
        <w:t>שלושה.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"אם הייתה לי תוכנית שמע, היא הייתה על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הם מגישים _______ שמע על בעלי חיים מוזרים.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(תוכנית)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וצריך _______ כל עובדה בעוד מקום.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(לבדוק)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לדבר ל_______.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(מיקרופון)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תוכנית  ·  מחקר  ·  תסריט  ·  להקליט  ·  לבדוק  ·  מיקרופון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אביגיל ויואב בכיתה ז׳. הם מגישים תוכנית שמע על בעלי חיים מוזרים.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איך מכינים פרק? קודם קוראים ובודקים עובדות. אחר כך כותבים נקודות. בסוף מקליטים ועורכים.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מה היה קשה? לדבר למיקרופון. הטיפ: לדמיין מאזין אחד ולדבר אליו.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מה הם למדו? אפשר להתווכח ולהישאר חברים. וצריך לבדוק כל עובדה בעוד מקום.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העצות שלהם: לבחור נושא שאוהבים, לא לחכות לציוד יקר, ולבקש רשות לפני שמקליטים מישהו.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תוכנית שמע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תוכנית שמאזינים לה, בלי תמונה (פודקאסט)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מקורות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המקומות שמהם לוקחים מידע (ספר, אתר, מומחה)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תסריט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טקסט שמכינים מראש למה שיגידו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מונוטוני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באותו טון כל הזמן, בלי שינוי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תוכנית  ·  מחקר  ·  תסריט  ·  להקליט  ·  לבדוק  ·  מיקרופון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על מה התוכנית של אביגיל ויואב?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בישול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בעלי חיים מוזרים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עושים לפני שמקליטים?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ישנים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קונים מיקרופון יקר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בודקים עובדות וכותבים נקודות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הטיפ למי שמדבר למיקרופון?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כמה לבבות יש לתמנון?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"אם הייתה לי תוכנית שמע, היא הייתה על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הם מגישים _______ שמע על בעלי חיים מוזרים.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וצריך _______ כל עובדה בעוד מקום.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לדבר ל_______.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🎙️ "לדבר לתוך מיקרופון ריק": שני מגישים בני 13 ופודקאסט אחד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