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📚 ספר ביד בעידן המסך: האם בני נוער עוד קוראים?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בספרייה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ספר על מוזיקה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ספר שהסיפור בו מסופר בציורים ובבועות דיבור.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מפריע לדביר לקרוא? – </w:t>
      </w:r>
      <w:r>
        <w:rPr>
          <w:rFonts w:ascii="Arial" w:hAnsi="Arial" w:cs="Arial" w:eastAsia="Arial" w:hint="cs"/>
          <w:sz w:val="22"/>
          <w:szCs w:val="22"/>
          <w:rtl/>
        </w:rPr>
        <w:t>הטלפון שמצפצף.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בבית הספר בכל יום שלישי? – </w:t>
      </w:r>
      <w:r>
        <w:rPr>
          <w:rFonts w:ascii="Arial" w:hAnsi="Arial" w:cs="Arial" w:eastAsia="Arial" w:hint="cs"/>
          <w:sz w:val="22"/>
          <w:szCs w:val="22"/>
          <w:rtl/>
        </w:rPr>
        <w:t>קוראים עשר דקות בשקט.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"ספר שאני אוהב/ת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ז'אנר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הצורה שבה משהו מוצג (ספר, מסך, קול)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רומן 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מזלזלים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לרפרף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לקרוא מהר ובשטחיות, בלי להתעמק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מועדון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קבוצה שנפגשת לדבר על ספרים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אומרים שבני נוער לא קוראים. אבל בספרייה של החטיבה יש תור בהפסקה.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בני נוער אוהבים ספרי פנטזיה, ספרי מתח, וספרים עם ציורים – רומן גרפי.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מה מפריע? הטלפון מצפצף, והם עייפים אחרי יום ארוך. קשה להתרכז בטקסט ארוך.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בספר מנייר קל לחזור אחורה. במסך אפשר להגדיל אותיות ולחפש מילה. העיקר – 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בחטיבה קוראים עשר דקות בשקט בכל יום שלישי. דביר משאיר את הטלפון בחדר אחר כשהוא קורא.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ז'אנר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רומן גרפי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מזלזלים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לרפרף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לקרוא מהר ובשטחיות, בלי להתעמק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פורמט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הצורה שבה משהו מוצג (ספר, מסך, קול)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מועדון קוראים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קבוצה שנפגשת לדבר על ספרים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בספרייה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ספר על מוזיקה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מפריע לדביר לקרוא?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בבית הספר בכל 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"ספר שאני אוהב/ת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ז'אנר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הצורה שבה משהו מוצג (ספר, מסך, קול)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רומן 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מזלזלים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לרפרף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לקרוא מהר ובשטחיות, בלי להתעמק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מועדון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קבוצה שנפגשת לדבר על ספרים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ספר ביד בעידן המסך: האם בני נוער עוד קוראים?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