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📚 ספר ביד בעידן המסך: האם בני נוער עוד קוראים?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איפה יש תור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במגרש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בכיתה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בספרייה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בספרייה.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זה רומן גרפי?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ספר בלי מילים בכלל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ספר עם ציורים ובועות דיבור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ספר על מוזיקה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ספר שהסיפור בו מסופר בציורים ובבועות דיבור.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מפריע לדביר לקרוא? – </w:t>
      </w:r>
      <w:r>
        <w:rPr>
          <w:rFonts w:ascii="Arial" w:hAnsi="Arial" w:cs="Arial" w:eastAsia="Arial" w:hint="cs"/>
          <w:sz w:val="28"/>
          <w:szCs w:val="28"/>
          <w:rtl/>
        </w:rPr>
        <w:t>הטלפון שמצפצף.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בבית הספר בכל יום שלישי? – </w:t>
      </w:r>
      <w:r>
        <w:rPr>
          <w:rFonts w:ascii="Arial" w:hAnsi="Arial" w:cs="Arial" w:eastAsia="Arial" w:hint="cs"/>
          <w:sz w:val="28"/>
          <w:szCs w:val="28"/>
          <w:rtl/>
        </w:rPr>
        <w:t>קוראים עשר דקות בשקט.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"ספר שאני אוהב/ת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מנייר קל לחזור אחורה.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(ספר)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אבל ב_______ של החטיבה יש תור בהפסקה.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(ספרייה)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העיקר –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(לקרוא)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ב_______ אפשר להגדיל אותיות ולחפש מילה.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(מסך)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ספר  ·  ספרייה  ·  לקרוא  ·  נייר  ·  מסך  ·  לבחור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אומרים שבני נוער לא קוראים. אבל בספרייה של החטיבה יש תור בהפסקה.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בני נוער אוהבים ספרי פנטזיה, ספרי מתח, וספרים עם ציורים – רומן גרפי.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מה מפריע? הטלפון מצפצף, והם עייפים אחרי יום ארוך. קשה להתרכז בטקסט ארוך.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בספר מנייר קל לחזור אחורה. במסך אפשר להגדיל אותיות ולחפש מילה. העיקר – לקרוא.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בחטיבה קוראים עשר דקות בשקט בכל יום שלישי. דביר משאיר את הטלפון בחדר אחר כשהוא קורא.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ז'אנר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סוג של ספר או סיפור (מתח, פנטזיה…)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רומן גרפי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ספר שבו הסיפור מסופר בציורים ובבועות דיבור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מזלזלים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חושבים שמשהו לא חשוב או לא שווה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לרפרף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לקרוא מהר ובשטחיות, בלי להתעמק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ספר  ·  ספרייה  ·  לקרוא  ·  נייר  ·  מסך  ·  לבחור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איפה יש תור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במגרש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בכיתה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בספרייה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זה רומן גרפי?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ספר בלי מילים בכלל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ספר עם ציורים ובועות דיבור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ספר על מוזיקה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מפריע לדביר לקרוא?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בבית הספר בכל יום שלישי?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"ספר שאני אוהב/ת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מנייר קל לחזור אחורה.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אבל ב_______ של החטיבה יש תור בהפסקה.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העיקר –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ב_______ אפשר להגדיל אותיות ולחפש מילה.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ספר ביד בעידן המסך: האם בני נוער עוד קוראים?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