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🎂 מסיבה לשלושים או פיקניק לארבעה? הוויכוח על ימי ההולדת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עשתה יובל?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לא חגגה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מסיבה גדולה לכל השכבה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פיקניק קטן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מסיבה גדולה לכל השכבה.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עשתה אלה?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מסיבה באולם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טיול לחו"ל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פיקניק קטן עם חברות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פיקניק קטן עם שלוש חברות.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למה יובל הזמינה את כולם? – </w:t>
      </w:r>
      <w:r>
        <w:rPr>
          <w:rFonts w:ascii="Arial" w:hAnsi="Arial" w:cs="Arial" w:eastAsia="Arial" w:hint="cs"/>
          <w:sz w:val="22"/>
          <w:szCs w:val="22"/>
          <w:rtl/>
        </w:rPr>
        <w:t>כדי שאף אחד לא ירגיש בחוץ.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עושים ב"יום הולדת כיתתי"? – </w:t>
      </w:r>
      <w:r>
        <w:rPr>
          <w:rFonts w:ascii="Arial" w:hAnsi="Arial" w:cs="Arial" w:eastAsia="Arial" w:hint="cs"/>
          <w:sz w:val="22"/>
          <w:szCs w:val="22"/>
          <w:rtl/>
        </w:rPr>
        <w:t>חוגגים פעם בחודש לכל מי שנולד בחודש הזה.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"ביום ההולדת שלי אני רוצה לחגוג עם ___ כי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לגרום לאחרים לחשוב שאתה מיוחד או עשיר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אינטימי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קטן, קרוב ואישי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מגובשת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קושי עם כסף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כאב קטן ועצוב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צביטה בלב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מראה, מבטא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לחץ כלכלי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שהחברים בה קרובים ומחוברים זה לזה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יובל עשתה מסיבה גדולה לכל השכבה. אלה עשתה פיקניק קטן עם שלוש חברות.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יובל הזמינה את כולם, כי לא רצתה שמישהו ירגיש בחוץ. אבל בסוף היא לא דיברה באמת עם אף אחד.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אלה רצתה לחגוג עם החברות הכי קרובות. אבל ילדה אחרת הרגישה עצובה שלא הזמינו אותה.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המחנכת אומרת: מותר לחגוג בקטן, אבל לא מדברים על זה בקבוצה של הכיתה.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יש כיתות שחוגגות יום הולדת כיתתי פעם בחודש. יובל ואלה חשבו על רעיון: פיקניק גדול.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משקף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מראה, מבטא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אינטימי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קטן, קרוב ואישי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מגובשת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שהחברים בה קרובים ומחוברים זה לזה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להרשים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לגרום לאחרים לחשוב שאתה מיוחד או עשיר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צביטה בלב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כאב קטן ועצוב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לחץ כלכלי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קושי עם כסף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מה עשתה יובל?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לא חגגה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מסיבה גדולה לכל השכבה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פיקניק קטן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עשתה אלה?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מסיבה באולם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טיול לחו"ל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פיקניק קטן עם חברות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למה יובל הזמינה את כולם?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עושים ב"יום הולדת כיתתי"?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"ביום ההולדת שלי אני רוצה לחגוג עם ___ כי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לגרום לאחרים לחשוב שאתה מיוחד או עשיר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אינטימי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קטן, קרוב ואישי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מגובשת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קושי עם כסף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כאב קטן ועצוב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צביטה בלב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מראה, מבטא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לחץ כלכלי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שהחברים בה קרובים ומחוברים זה לזה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🎂 מסיבה לשלושים או פיקניק לארבעה? הוויכוח על ימי ההולדת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