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"איפה הדעה שלך?"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כועס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כועס.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עשה הכותב אחרי שנרגע? – </w:t>
      </w:r>
      <w:r>
        <w:rPr>
          <w:rFonts w:ascii="Arial" w:hAnsi="Arial" w:cs="Arial" w:eastAsia="Arial" w:hint="cs"/>
          <w:sz w:val="22"/>
          <w:szCs w:val="22"/>
          <w:rtl/>
        </w:rPr>
        <w:t>שאל את המורה איך לשפר.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"כריך" בביקורת? – </w:t>
      </w:r>
      <w:r>
        <w:rPr>
          <w:rFonts w:ascii="Arial" w:hAnsi="Arial" w:cs="Arial" w:eastAsia="Arial" w:hint="cs"/>
          <w:sz w:val="22"/>
          <w:szCs w:val="22"/>
          <w:rtl/>
        </w:rPr>
        <w:t>משהו טוב, משהו לשפר, משהו טוב.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"כשמעירים לי,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נותן כוח ותקווה להמשיך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נותנים הרבה זמן ומאמץ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הכותב הגיש עבודה. המורה כתבה הערה: "איפה הדעה שלך?". הוא ראה רק את ההערה, וכעס.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ביקורת כואבת? כי אנחנו שומעים "אתה לא טוב", ולא "העבודה צריכה שיפור".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אחרי כמה ימים הוא קרא שוב והבין שהמורה צדקה. הוא שאל אותה איך לשפר. בעבודה הבאה הוא הצליח.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איך שומעים ביקורת: נושמים, זוכרים שההערה היא על העבודה, ושואלים "מה אני לומד מזה?".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איך נותנים ביקורת: "כריך" – משהו טוב, משהו לשפר, ועוד משהו טוב.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נותנים הרבה זמן ומאמץ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נותן כוח ותקווה להמשיך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כועס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עשה הכותב אחרי שנרגע?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זה "כריך" בביקורת?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"כשמעירים לי,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נותן כוח ותקווה להמשיך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נותנים הרבה זמן ומאמץ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💡 "רק הערה קטנה": למה כל כך קשה לשמוע ביקורת?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