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📸 "המצלמה לימדה אותי להסתכל": ראיון עם צלם צעיר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בציור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בטלפון.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בורח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שואל אותם.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את מי צילם עידן עם כוס תה? – </w:t>
      </w:r>
      <w:r>
        <w:rPr>
          <w:rFonts w:ascii="Arial" w:hAnsi="Arial" w:cs="Arial" w:eastAsia="Arial" w:hint="cs"/>
          <w:sz w:val="22"/>
          <w:szCs w:val="22"/>
          <w:rtl/>
        </w:rPr>
        <w:t>את 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עידן רואה היום בדרך לבית הספר? כתבו דבר אחד. – </w:t>
      </w:r>
      <w:r>
        <w:rPr>
          <w:rFonts w:ascii="Arial" w:hAnsi="Arial" w:cs="Arial" w:eastAsia="Arial" w:hint="cs"/>
          <w:sz w:val="22"/>
          <w:szCs w:val="22"/>
          <w:rtl/>
        </w:rPr>
        <w:t>חתול בעציץ / השתקפות בשלולית / זקנה שמאכילה 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"דבר יפה שראיתי היום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במקרה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האדים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פתוחות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תמונה שרואים במים או במראה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השתקפות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פקוחות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הפנים שלו נעשו אדומות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עידן בן 13. הוא מצלם בטלפון. התמונות שלו הוצגו בתערוכה 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הוא התחיל כשהיה חולה. הוא צילם מהחלון ראה שהאור משתנה כל שעה.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עידן אומר: לצלם באמת זה לעצור ולחכות לרגע הנכון. כך צילם את סבא שלו צוחק.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הכללים שלו: לחכות לאור יפה, להתקרב או להתרחק, ולא לצלם אנשים בלי לשאול.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הצילום לימד אותו להסתכל על העולם. העצה שלו: לצלם כל יום דבר אחד חדש.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במקרה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האדים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הפנים שלו נעשו אדומות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השתקפות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תמונה שרואים במים או במראה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פקוחות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פתוחות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בציור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בורח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את מי צילם עידן עם כוס 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עידן רואה היום בדרך לבית הספר?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"דבר יפה שראיתי היום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במקרה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האדים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פתוחות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תמונה שרואים במים או במראה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השתקפות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פקוחות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הפנים שלו נעשו אדומות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📸 "המצלמה לימדה אותי להסתכל": ראיון עם צלם צעיר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