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🥪 מה יש בקופסה? כריך מהבית מול מזנון בית הספר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מאגר טקסטים לכיתה ז׳ · טקסט מידעי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צריך הגוף כדי לבנות עצמות?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סוכר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סידן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מלח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סידן.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קורה למי שלא אוכל בהפסקה?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הוא רץ מהר יותר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הוא לא מרגיש כלום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קשה לו להתרכז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קשה לו להתרכז, והוא מתעצבן מהר.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כתבו יתרון אחד של כריך מהבית. – </w:t>
      </w:r>
      <w:r>
        <w:rPr>
          <w:rFonts w:ascii="Arial" w:hAnsi="Arial" w:cs="Arial" w:eastAsia="Arial" w:hint="cs"/>
          <w:sz w:val="22"/>
          <w:szCs w:val="22"/>
          <w:rtl/>
        </w:rPr>
        <w:t>זול / אפשר לבחור מה יש בו.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כדאי להחזיק בתיק? – </w:t>
      </w:r>
      <w:r>
        <w:rPr>
          <w:rFonts w:ascii="Arial" w:hAnsi="Arial" w:cs="Arial" w:eastAsia="Arial" w:hint="cs"/>
          <w:sz w:val="22"/>
          <w:szCs w:val="22"/>
          <w:rtl/>
        </w:rPr>
        <w:t>בקבוק מים.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"בקופסת ההפסקה שלי אני רוצה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דלק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חומרים קטנים במזון שהגוף צריך, כמו סידן וברזל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מינרלים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הדברים שמהם עשוי משהו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מתקשים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קשה להם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מרכיבים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מזון שעבר הרבה שינויים במפעל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מעובד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חומר שנותן אנרגיה (לרכב, ולגוף – המזון)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לגוון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לשנות, לא לעשות תמיד אותו דבר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בגיל ההתבגרות הגוף גדל מהר. הוא צריך אוכל שנותן אנרגיה, וגם חלבון וסידן לעצמות.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מי שלא אוכל בבוקר ובהפסקה – מתקשה להתרכז ומתעצבן מהר.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כריך מהבית: זול יותר, ואפשר לבחור מה יש בו. אבל צריך להכין אותו.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במזנון: כיף לבחור עם חברים. אבל יש שם הרבה מתוקים, שנותנים אנרגיה לזמן קצר.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חשוב לשתות מים כל היום. אסף התחיל להכין כריך בעצמו – ועכשיו הוא אוכל אותו.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דלק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חומר שנותן אנרגיה (לרכב, ולגוף – המזון)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מינרלים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חומרים קטנים במזון שהגוף צריך, כמו סידן וברזל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מתקשים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קשה להם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מרכיבים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הדברים שמהם עשוי משהו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מעובד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מזון שעבר הרבה שינויים במפעל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לגוון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לשנות, לא לעשות תמיד אותו דבר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צריך הגוף כדי לבנות עצמות?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סוכר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סידן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מלח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קורה למי שלא אוכל בהפסקה?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הוא רץ מהר יותר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הוא לא מרגיש כלום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קשה לו להתרכז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כתבו יתרון אחד של כריך מהבית.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כדאי להחזיק בתיק?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"בקופסת ההפסקה שלי אני רוצה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דלק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חומרים קטנים במזון שהגוף צריך, כמו סידן וברזל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מינרלים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הדברים שמהם עשוי משהו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מתקשים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קשה להם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מרכיבים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מזון שעבר הרבה שינויים במפעל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מעובד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חומר שנותן אנרגיה (לרכב, ולגוף – המזון)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לגוון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לשנות, לא לעשות תמיד אותו דבר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🥪 מה יש בקופסה? כריך מהבית מול מזנון בית הספר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