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🃏 קלפים, סיכות ומטבעות: למה ילדים חוזרים לאסוף?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ילדים מחליפים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שיעורי בית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אוכל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קלפים, סיכות ומטבעות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קלפים, סיכות ומטבעות.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איך נוגה הכירה חברה טובה?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בזכות סיכה על התיק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בזכות מבחן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בזכות טיול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בזכות סיכה על התיק.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ממי קיבל עומר מטבעות? – </w:t>
      </w:r>
      <w:r>
        <w:rPr>
          <w:rFonts w:ascii="Arial" w:hAnsi="Arial" w:cs="Arial" w:eastAsia="Arial" w:hint="cs"/>
          <w:sz w:val="22"/>
          <w:szCs w:val="22"/>
          <w:rtl/>
        </w:rPr>
        <w:t>מסבא שלו.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דבר אחד שאפשר לאסוף בחינם. – </w:t>
      </w:r>
      <w:r>
        <w:rPr>
          <w:rFonts w:ascii="Arial" w:hAnsi="Arial" w:cs="Arial" w:eastAsia="Arial" w:hint="cs"/>
          <w:sz w:val="22"/>
          <w:szCs w:val="22"/>
          <w:rtl/>
        </w:rPr>
        <w:t>עלים / אבנים / כרטיסים.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"אם הייתי אוסף/ת משהו, הייתי אוסף/ת ___ כי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מתמקחים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סיבה שנותנים כדי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אספנות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הבטחה שצריך לקיים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תירוץ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שיש מעט ממנו, קשה למצוא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הוגנות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התנהגות צודקת וישרה כלפי כולם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התחייבות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מתווכחים על המחיר או על התמורה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נדיר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התחביב של לאסוף חפצים מסוג מסוים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בהפסקה ילדים מחליפים קלפים, סיכות ומטבעות. נראה כמו שוק קטן.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למה אוספים? כי אפשר לגעת בחפץ ולהחזיק אותו. האוסף נותן תחושה של סדר.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האוסף עוזר להכיר חברים. נוגה הכירה חברה טובה בזכות סיכה.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לעומר יש מטבעות מסבא. כל מטבע מספר על מקום אחר. כך הוא למד היסטוריה.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לפעמים יש ויכוחים. יש בתי ספר שקבעו כללים. אפשר גם לאסוף דברים בחינם: עלים, אבנים, כרטיסים.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מתמקחים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מתווכחים על המחיר או על התמורה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אספנות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התחביב של לאסוף חפצים מסוג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תירוץ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סיבה שנותנים כדי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הוגנות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התנהגות צודקת וישרה כלפי כולם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התחייבות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הבטחה שצריך לקיים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נדיר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שיש מעט ממנו, קשה למצוא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ילדים מחליפים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שיעורי בית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אוכל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קלפים, סיכות ומטבעות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איך נוגה הכירה חברה טובה?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בזכות סיכה על התיק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בזכות מבחן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בזכות טיול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ממי קיבל עומר מטבעות?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כתבו דבר אחד שאפשר לאסוף בחינם.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"אם הייתי אוסף/ת משהו, הייתי אוסף/ת 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מתמקחים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סיבה שנותנים כדי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אספנות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הבטחה שצריך לקיים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תירוץ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שיש מעט ממנו, קשה למצוא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הוגנות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התנהגות צודקת וישרה כלפי כולם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התחייבות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מתווכחים על המחיר או על התמורה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נדיר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התחביב של לאסוף חפצים מסוג מסוים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🃏 קלפים, סיכות ומטבעות: למה ילדים חוזרים לאסוף?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