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🎮 יומן של גיימר: שבוע אחד, שלושה שלבים ומבחן בהיסטוריה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אמא חושבת על המשחקים?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שהם מזיקים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שהם משעממים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שהם הכי טובים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שהם מזיקים לעיניים ולראש.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בנה הנער במשחק?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עיר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בית ספר אמיתי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ספינה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עיר.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הוא שכח ביום שלישי? – </w:t>
      </w:r>
      <w:r>
        <w:rPr>
          <w:rFonts w:ascii="Arial" w:hAnsi="Arial" w:cs="Arial" w:eastAsia="Arial" w:hint="cs"/>
          <w:sz w:val="28"/>
          <w:szCs w:val="28"/>
          <w:rtl/>
        </w:rPr>
        <w:t>לעזור לאח הקטן בשיעורים.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עזר לו ללמוד למבחן? – </w:t>
      </w:r>
      <w:r>
        <w:rPr>
          <w:rFonts w:ascii="Arial" w:hAnsi="Arial" w:cs="Arial" w:eastAsia="Arial" w:hint="cs"/>
          <w:sz w:val="28"/>
          <w:szCs w:val="28"/>
          <w:rtl/>
        </w:rPr>
        <w:t>חצי שעה משחק ושעה לימוד (שעון).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"כדי לשלוט בזמן שלי אני יכול/ה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ביום שני הוא בנה עיר ב_______ ולמד לקבל החלטות.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(משחק)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בסוף הוא הבין: המשחק הכי קשה הוא לשלוט ב_______.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(זמן)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כותב _______ לשבוע אחד.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(יומן)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משחק  ·  לתכנן  ·  זמן  ·  יומן  ·  הבטחה  ·  קבוצה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אמא אומרת שהמשחקים מזיקים. הנער אומר שהם מפתחים חשיבה. הוא כותב יומן לשבוע אחד.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ביום שני הוא בנה עיר במשחק ולמד לקבל החלטות. בשיעור גאוגרפיה הוא ידע לענות.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ביום שלישי הוא שיחק שלוש שעות ושכח לעזור לאח הקטן.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ביום רביעי הוא כתב משהו לא יפה לחבר. אחר כך הוא התנצל.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ביום חמישי הוא שיחק חצי שעה ולמד שעה. זה עבד. בסוף הוא הבין: המשחק הכי קשה הוא לשלוט בזמן.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להוכיח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להראות בעזרת עובדות שמשהו נכון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תקציב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הכסף שיש למשהו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שרדה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נשארה בחיים, לא נהרסה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נתב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המכשיר שמחבר את הבית לרשת האינטרנט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משחק  ·  לתכנן  ·  זמן  ·  יומן  ·  הבטחה  ·  קבוצה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אמא חושבת על המשחקים?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שהם מזיקים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שהם משעממים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שהם הכי טובים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בנה הנער במשחק?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עיר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בית ספר אמיתי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ספינה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הוא שכח ביום שלישי?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עזר לו ללמוד למבחן?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"כדי לשלוט בזמן שלי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ביום שני הוא בנה עיר ב_______ ולמד לקבל החלטות.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בסוף הוא הבין: המשחק הכי קשה הוא לשלוט ב_______.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כותב _______ לשבוע אחד.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🎮 יומן של גיימר: שבוע אחד, שלושה שלבים ומבחן בהיסטוריה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