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🏳️ "בסניף אני אני": ראיון עם מדריכה בתנועת נוער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ראיון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בת כמה רעות?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10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16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30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16.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אין בסניף?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חברים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ציונים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ציונים.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ממה פחדה רעות בפעולה הראשונה? – </w:t>
      </w:r>
      <w:r>
        <w:rPr>
          <w:rFonts w:ascii="Arial" w:hAnsi="Arial" w:cs="Arial" w:eastAsia="Arial" w:hint="cs"/>
          <w:sz w:val="22"/>
          <w:szCs w:val="22"/>
          <w:rtl/>
        </w:rPr>
        <w:t>מהרעש.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עשתה רעות לילד שהפסיק לבוא? – </w:t>
      </w:r>
      <w:r>
        <w:rPr>
          <w:rFonts w:ascii="Arial" w:hAnsi="Arial" w:cs="Arial" w:eastAsia="Arial" w:hint="cs"/>
          <w:sz w:val="22"/>
          <w:szCs w:val="22"/>
          <w:rtl/>
        </w:rPr>
        <w:t>התקשרה אליו ונתנה לו תפקיד.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"מקום שבו אני מרגיש/ה 'אני'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מפוחדים מאוד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דברים חשובים שמכוונים את ההתנהגות שלנו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כמה ימים של פעילות ולינה בשטח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לעשות כמה דברים יחד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לפספס, לא להיות במשהו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מבוהלים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מפגש של קבוצה בתנועת נוער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רעות בת 16. היא מדריכה בתנועת נוער. היא התחילה בתנועה בכיתה ד׳.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בפעולה הראשונה היא פחדה מהרעש. המדריכה שלה ידעה את השם שלה והזמינה אותה לשחק.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בסניף אין ציונים. מה שחשוב הוא מה שנותנים לקבוצה. רעות אומרת: "בסניף אני אני."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היום רעות מדריכה עשרים ילדים. פעם ילד אחד הפסיק לבוא. היא התקשרה אליו ונתנה לו תפקיד. הוא חזר.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העצה שלה: לבוא לפעולה אחת ולנסות.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להחמיץ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לפספס, לא להיות במשהו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פעולה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מפגש של קבוצה בתנועת נוער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ערכים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דברים חשובים שמכוונים את ההתנהגות שלנו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מחנה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כמה ימים של פעילות ולינה בשטח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לשלב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לעשות כמה דברים יחד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מבוהלים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מפוחדים מאוד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בת כמה רעות?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10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16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30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אין בסניף?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חברים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משחקים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ציונים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ממה פחדה רעות בפעולה הראשונה?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עשתה רעות לילד שהפסיק לבוא?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"מקום שבו אני מרגיש/ה 'אני'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מפוחדים מאוד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דברים חשובים שמכוונים את ההתנהגות שלנו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כמה ימים של פעילות ולינה בשטח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לעשות כמה דברים יחד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לפספס, לא להיות במשהו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מבוהלים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מפגש של קבוצה בתנועת נוער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🏳️ "בסניף אני אני": ראיון עם מדריכה בתנועת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