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🗣️ הורים, תקשיבו רגע (וגם אנחנו)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"מעולה, הנה כל הפרטים"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"בסדר".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כי הם כועסים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כי הם דואגים ורוצים להיות קרובים.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מתי קל לכותבת לדבר? – </w:t>
      </w:r>
      <w:r>
        <w:rPr>
          <w:rFonts w:ascii="Arial" w:hAnsi="Arial" w:cs="Arial" w:eastAsia="Arial" w:hint="cs"/>
          <w:sz w:val="28"/>
          <w:szCs w:val="28"/>
          <w:rtl/>
        </w:rPr>
        <w:t>בלילה לפני השינה / בנסיעה באוטו.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הכותבת משווה את השיחה? – </w:t>
      </w:r>
      <w:r>
        <w:rPr>
          <w:rFonts w:ascii="Arial" w:hAnsi="Arial" w:cs="Arial" w:eastAsia="Arial" w:hint="cs"/>
          <w:sz w:val="28"/>
          <w:szCs w:val="28"/>
          <w:rtl/>
        </w:rPr>
        <w:t>לגשר.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"אני אוהב/ת לדבר עם ההורים כש___."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ההורים שואלים: "איך היה?" והילדים עונים: "_______".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(בסדר)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כי הם _______, וקרו הרבה דברים ביום.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(עייפים)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בלי לתקן מיד.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(להקשיב)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השיחה היא כמו _______: כל צד בונה חצי.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(גשר)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לפעמים הם גם מפחדים מהתגובה של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(הורים)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בסדר  ·  עייפים  ·  שאלות  ·  להקשיב  ·  גשר  ·  הורים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ההורים שואלים: "איך היה?" והילדים עונים: "בסדר". כולם מתוסכלים.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למה הילדים עונים "בסדר"? כי הם עייפים, וקרו הרבה דברים ביום. לפעמים הם גם מפחדים מהתגובה של ההורים.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גם ההורים מרגישים: הם דואגים, ורוצים להיות קרובים. חלק מהבעיות של הילדים היום חדשות להם.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מה עוזר? לדבר בזמן נוח, כמו בערב. לשאול שאלה אחרת: "מה היה הכי מצחיק היום?". להקשיב בלי לתקן מיד.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גם הילדים יכולים לעזור: לספר משהו קטן, ולהגיד "נדבר בערב". השיחה היא כמו גשר: כל צד בונה חצי.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מתוסכלים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מרגישים כעס ואכזבה כי משהו לא מצליח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חוששים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מפחדים קצת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לעמוד בנעליים של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לנסות להרגיש כמו מישהו אחר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פער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מרחק, הבדל גדול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בסדר  ·  עייפים  ·  שאלות  ·  להקשיב  ·  גשר  ·  הורים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הילדים עונים כששואלים "איך היה?"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"בסדר"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"לא יודע מה זה בית ספר"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"מעולה, הנה כל הפרטים"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למה ההורים שואלים הרבה שאלות?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כי אין להם מה לעשות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כי הם דואגים ורוצים להיות קרובים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כי הם כועסים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מתי קל לכותבת לדבר?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למה הכותבת משווה את השיחה?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"אני אוהב/ת לדבר עם ההורים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ההורים שואלים: "איך היה?" והילדים עונים: "_______".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כי הם _______, וקרו הרבה דברים ביום.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בלי לתקן מיד.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השיחה היא כמו _______: כל צד בונה חצי.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לפעמים הם גם מפחדים מהתגובה של ה_______.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🗣️ הורים, תקשיבו רגע (וגם אנחנו)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