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📝 מאה זה לא הכול: מכתב פתוח על לחץ הציונים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92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50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92.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שמחים מאוד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קשה לישון וקשה לחשוב.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הצעה אחת של הכותב. – </w:t>
      </w:r>
      <w:r>
        <w:rPr>
          <w:rFonts w:ascii="Arial" w:hAnsi="Arial" w:cs="Arial" w:eastAsia="Arial" w:hint="cs"/>
          <w:sz w:val="28"/>
          <w:szCs w:val="28"/>
          <w:rtl/>
        </w:rPr>
        <w:t>לא לשאול "כמה קיבלת?" / לשאול "מה למדת?" / משפט של משוב על המבחן.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ציון לא מודד, לפי הכותב? – </w:t>
      </w:r>
      <w:r>
        <w:rPr>
          <w:rFonts w:ascii="Arial" w:hAnsi="Arial" w:cs="Arial" w:eastAsia="Arial" w:hint="cs"/>
          <w:sz w:val="28"/>
          <w:szCs w:val="28"/>
          <w:rtl/>
        </w:rPr>
        <w:t>כמה אני חכם / חבר טוב / מה אהיה.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"לפני מבחן אני מרגיש/ה ___, ומה שעוזר לי זה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מודד מבחן אחד, ביום אחד.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(ציון)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מגיע משלושה מקומות: מאיתנו, מההשוואה לחברים, ומהמבוגרים.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(לחץ)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ישאלו קודם "מה למדת?".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(הורים)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עידו קיבל 92 ב_______.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(מבחן)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ציון  ·  לחץ  ·  השוואה  ·  הורים  ·  למידה  ·  מבחן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עידו קיבל 92 במבחן. הוא הסתיר את הדף, כי פחד שאבא ישאל למה לא 100. הכותב חושב שמשהו כאן לא בסדר.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הלחץ מגיע משלושה מקומות: מאיתנו, מההשוואה לחברים, ומהמבוגרים.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קצת לחץ עוזר ללמוד. אבל הרבה לחץ מזיק: לא ישנים, כואבת הבטן, וקשה לחשוב.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ההצעות: לא לשאול "כמה קיבלת?". הורים ישאלו קודם "מה למדת?". מורים יכתבו גם משפט על מה שהצלחנו.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ציון מודד מבחן אחד, ביום אחד. הוא לא מודד מי אני.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הצלחה שהגיעה מתוך 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ממוצע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המספר שמקבלים כשמחברים ציונים ומחלקים במספרם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תמימה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בלי כוונה רעה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משקולת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דבר כבד שמכביד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ציון  ·  לחץ  ·  השוואה  ·  הורים  ·  למידה  ·  מבחן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כמה קיבל עידו במבחן?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92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100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50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כשיש הרבה לחץ?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קשה לישון וקשה לחשוב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לומדים יותר טוב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שמחים מאוד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הצעה אחת של הכותב.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ציון לא מודד, לפי הכותב?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"לפני מבחן אני מרגיש/ה ___, ומה שעוזר לי זה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מודד מבחן אחד, ביום אחד.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מגיע משלושה מקומות: מאיתנו, מההשוואה לחברים, ומהמבוגרים.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_______ ישאלו קודם "מה למדת?".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עידו קיבל 92 ב_______.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📝 מאה זה לא הכול: מכתב פתוח על לחץ הציונים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