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🏕️ הלילה שבו נגמר החשמל באכסניה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סיפור קצר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כי היא אוהבת שקט וספרים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כי היא אוהבת שקט וספרים.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הגיע אוטובוס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החשמל 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היה רק לנגה? – </w:t>
      </w:r>
      <w:r>
        <w:rPr>
          <w:rFonts w:ascii="Arial" w:hAnsi="Arial" w:cs="Arial" w:eastAsia="Arial" w:hint="cs"/>
          <w:sz w:val="22"/>
          <w:szCs w:val="22"/>
          <w:rtl/>
        </w:rPr>
        <w:t>פנס.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עשו הבנות בחושך? – </w:t>
      </w:r>
      <w:r>
        <w:rPr>
          <w:rFonts w:ascii="Arial" w:hAnsi="Arial" w:cs="Arial" w:eastAsia="Arial" w:hint="cs"/>
          <w:sz w:val="22"/>
          <w:szCs w:val="22"/>
          <w:rtl/>
        </w:rPr>
        <w:t>ישבו במעגל וסיפרו סיפורים.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"פעם, בטיול, אני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מילא הכול בבת אחת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מוחלט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סגרנו ופתחנו את העיניים מהר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שגורם להרגיש לא נוח, להתבייש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מצמצנו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לגמרי, ב־100%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נגה לא רצתה לצאת לטיול השנתי. היא אוהבת שקט וספרים. היא ישנה בחדר עם חמש בנות.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בערב הבנות התווכחו, וכל אחת הייתה עסוקה בעצמה.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פתאום החשמל נפל. היה חושך גדול. רק לנגה היה פנס. כולן ישבו במעגל על השטיח.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כל אחת סיפרה סיפור. הבנות צחקו, הקשיבו ועזרו זו לזו. נגה סיפרה שקשה לה בהפסקות.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החשמל חזר, אבל הבנות רצו להמשיך. אחרי הטיול נגה ניגשה אליהן בהפסקה ושאלה: "רוצות לשמוע סיפור?"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מוחלט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לגמרי, ב־100%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תקלה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מביך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שגורם להרגיש לא נוח, להתבייש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מצמצנו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סגרנו ופתחנו את העיניים מהר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הציף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מילא הכול בבת אחת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למה נגה לא רצתה לנסוע לטיול?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כי היא חולה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כי אין לה תיק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כי היא אוהבת שקט וספרים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קרה בלילה?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ירד שלג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החשמל נפל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הגיע אוטובוס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מה היה רק לנגה?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עשו הבנות בחושך?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"פעם, בטיול,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מילא הכול בבת אחת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מוחלט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סגרנו ופתחנו את העיניים מהר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תקלה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מכתב חתום שאומר שמותר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מביך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שגורם להרגיש לא נוח, להתבייש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מצמצנו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משהו שהתקלקל ולא עובד כמו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לגמרי, ב־100%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🏕️ הלילה שבו נגמר החשמל באכסניה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