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כי היא אוהבת שקט וספרים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כי היא אוהבת שקט וספרים.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הגיע אוטובוס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החשמל 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היה רק לנגה? – </w:t>
      </w:r>
      <w:r>
        <w:rPr>
          <w:rFonts w:ascii="Arial" w:hAnsi="Arial" w:cs="Arial" w:eastAsia="Arial" w:hint="cs"/>
          <w:sz w:val="28"/>
          <w:szCs w:val="28"/>
          <w:rtl/>
        </w:rPr>
        <w:t>פנס.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עשו הבנות בחושך? – </w:t>
      </w:r>
      <w:r>
        <w:rPr>
          <w:rFonts w:ascii="Arial" w:hAnsi="Arial" w:cs="Arial" w:eastAsia="Arial" w:hint="cs"/>
          <w:sz w:val="28"/>
          <w:szCs w:val="28"/>
          <w:rtl/>
        </w:rPr>
        <w:t>ישבו במעגל וסיפרו סיפורים.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"פעם, בטיול, אני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נגה לא רצתה לצאת ל_______ השנתי.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(טיול)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פתאום ה_______ נפל.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(חשמל)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רק לנגה היה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(פנס)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כולן ישבו ב_______ על השטיח.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(מעגל)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כל אחת סיפרה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(סיפור)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טיול  ·  חשמל  ·  פנס  ·  מעגל  ·  סיפור  ·  חברות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נגה לא רצתה לצאת לטיול השנתי. היא אוהבת שקט וספרים. היא ישנה בחדר עם חמש בנות.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בערב הבנות התווכחו, וכל אחת הייתה עסוקה בעצמה.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פתאום החשמל נפל. היה חושך גדול. רק לנגה היה פנס. כולן ישבו במעגל על השטיח.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כל אחת סיפרה סיפור. הבנות צחקו, הקשיבו ועזרו זו לזו. נגה סיפרה שקשה לה בהפסקות.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החשמל חזר, אבל הבנות רצו להמשיך. אחרי הטיול נגה ניגשה אליהן בהפסקה ושאלה: "רוצות לשמוע סיפור?"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אישור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מוחלט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לגמרי, ב־100%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תקלה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מביך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שגורם להרגיש לא נוח, להתבייש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טיול  ·  חשמל  ·  פנס  ·  מעגל  ·  סיפור  · 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היא אוהבת שקט וספרים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הגיע אוטובוס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היה רק לנגה?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עשו הבנות בחושך?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"פעם, בטיול,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נגה לא רצתה לצאת ל_______ השנתי.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פתאום ה_______ נפל.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רק לנגה היה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כולן ישבו ב_______ על השטיח.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כל אחת סיפרה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🏕️ הלילה שבו נגמר החשמל באכסניה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