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על חברה מהכיתה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על שני האחים הקטנים שלה.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האחריות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האחריות.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שהדס למדה. – </w:t>
      </w:r>
      <w:r>
        <w:rPr>
          <w:rFonts w:ascii="Arial" w:hAnsi="Arial" w:cs="Arial" w:eastAsia="Arial" w:hint="cs"/>
          <w:sz w:val="28"/>
          <w:szCs w:val="28"/>
          <w:rtl/>
        </w:rPr>
        <w:t>לבשל / להרגיע ילד / להמציא משחקים.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הדס מבקשת מההורים? כתבו בקשה אחת. – </w:t>
      </w:r>
      <w:r>
        <w:rPr>
          <w:rFonts w:ascii="Arial" w:hAnsi="Arial" w:cs="Arial" w:eastAsia="Arial" w:hint="cs"/>
          <w:sz w:val="28"/>
          <w:szCs w:val="28"/>
          <w:rtl/>
        </w:rPr>
        <w:t>שיגידו תודה / יום חופשי / שיזכרו שהיא ילדה.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"בבית אני עוזר/ת ב___, ואני מרגיש/ה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שני _______ קטנים.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הדבר הקשה ביותר הוא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(אחריות)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הדס מבקשת: שיגידו לה _______, שיהיה לה יום חופשי, ושיזכרו שהיא עדיין ילדה.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(תודה)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אחים  ·  אחריות  ·  עייפה  ·  תודה  ·  גאה  ·  ילדה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הדס בת 12 וחצי. יש לה שני אחים קטנים. ההורים עובדים, ולכן שלוש פעמים בשבוע היא שומרת עליהם.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זה לא קל. שני האחים רוצים דברים שונים. גם הדס צריכה לעשות שיעורי בית.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הדבר הקשה ביותר הוא האחריות. פעם אחותה נפלה, והדס הרגישה שהיא אשמה.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אבל הדס גם למדה הרבה: לבשל, להרגיע, להמציא משחקים. היא אוהבת את הרגעים שבהם האחים שמחים 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הדס מבקשת: שיגידו לה תודה, שיהיה לה יום חופשי, ושיזכרו שהיא עדיין ילדה.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להשגיח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נשרטה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נפצעה קצת, קיבלה שריטה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מתלוננת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אומרת שמשהו לא טוב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אחים  ·  אחריות  ·  עייפה  ·  תודה  ·  גאה  ·  ילדה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על חברה מהכיתה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האחריות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דבר אחד שהדס למדה.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הדס מבקשת מההורים? כתבו בקשה אחת.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"בבית אני עוזר/ת ב___, ואני מרגיש/ה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שני _______ קטנים.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הדבר הקשה ביותר הוא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הדס מבקשת: שיגידו לה _______, שיהיה לה יום חופשי, ושיזכרו שהיא עדיין ילדה.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👧 האח הגדול זה לא תפקיד, זו עבודה במשרה מלאה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