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🎒 עם התיק הכחול: יומן של ילד חדש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סיפור קצר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מאיפה הגיע אורי?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מהצפון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מחו"ל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מהדרום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מהצפון.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איפה ישב אורי בהפסקה?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בספרייה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במגרש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בקפיטריה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בספרייה.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אורי ידע לעשות בשיעור מדעים? – </w:t>
      </w:r>
      <w:r>
        <w:rPr>
          <w:rFonts w:ascii="Arial" w:hAnsi="Arial" w:cs="Arial" w:eastAsia="Arial" w:hint="cs"/>
          <w:sz w:val="28"/>
          <w:szCs w:val="28"/>
          <w:rtl/>
        </w:rPr>
        <w:t>לחבר מעגל חשמלי.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עשה אורי בסוף הסיפור? – </w:t>
      </w:r>
      <w:r>
        <w:rPr>
          <w:rFonts w:ascii="Arial" w:hAnsi="Arial" w:cs="Arial" w:eastAsia="Arial" w:hint="cs"/>
          <w:sz w:val="28"/>
          <w:szCs w:val="28"/>
          <w:rtl/>
        </w:rPr>
        <w:t>ישב ליד הילד החדש ואמר לו שלום.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"כשמגיע ילד חדש לכיתה, אני יכול/ה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אישית, למשל: לשבת לידו / להזמין אותו לשחק.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אחרי חודש הגיע ילד _______ לכיתה.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(חדש)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הוא ישב בשולחן האחרון ושמר את ה_______ על הברכיים.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(תיק)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ישב ב_______ וחשב על החברים בצפון.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(ספרייה)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אורי ידע לחבר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(מעגל חשמלי)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בהפסקה הוא היה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(לבד)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חדש  ·  תיק  ·  ספרייה  ·  זוג  ·  מעגל חשמלי  ·  לבד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אורי עבר עם המשפחה לעיר חדשה באמצע כיתה ז׳. ביום הראשון כולם הסתכלו עליו. הוא ישב בשולחן האחרון ושמר את התיק על הברכיים.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בהפסקה הוא היה לבד. הוא ישב בספרייה וחשב על החברים בצפון. החבר שחר ענה לו רק אחרי שעתיים.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בשיעור מדעים המורה צירפה את אורי לנגה ולאיתי. אורי ידע לחבר מעגל חשמלי. הנורה דלקה, וכולם צחקו. אורי צחק בפעם הראשונה.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איתי הזמין את אורי לשחק כדורסל. הוא הראה לו מקום סודי בפארק.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אחרי חודש הגיע ילד חדש לכיתה. הוא ישב לבד, עם תיק על הברכיים. אורי ישב לידו ואמר: "אני אורי."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מקהלה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קבוצה ששרה או מדברת יחד באותו 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אסיר תודה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מודה מאוד, מרגיש תודה גדולה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ציפיתי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חשבתי שזה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להתלונן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להגיד שמשהו לא טוב או לא מוצא חן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חדש  ·  תיק  ·  ספרייה  ·  זוג  ·  מעגל חשמלי  ·  לבד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מאיפה הגיע אורי?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מהצפון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מחו"ל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מהדרום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איפה ישב אורי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בספרייה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במגרש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בקפיטריה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אורי ידע לעשות בשיעור מדעים?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עשה אורי בסוף הסיפור?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"כשמגיע ילד חדש לכיתה,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אחרי חודש הגיע ילד _______ לכיתה.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הוא ישב בשולחן האחרון ושמר את ה_______ על הברכיים.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ישב ב_______ וחשב על החברים בצפון.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אורי ידע לחבר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בהפסקה הוא היה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🎒 עם התיק הכחול: יומן של ילד 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