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🌙 מה קורה למוח בעשר בלילה? על טלפונים, אור ושינה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4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שמונה עד עשר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עוזר להירדם מהר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מפריע למוח להתכונן לשינה (מפריע למלטונין).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עוד דבר, חוץ מהאור, שמפריע להירדם. – </w:t>
      </w:r>
      <w:r>
        <w:rPr>
          <w:rFonts w:ascii="Arial" w:hAnsi="Arial" w:cs="Arial" w:eastAsia="Arial" w:hint="cs"/>
          <w:sz w:val="28"/>
          <w:szCs w:val="28"/>
          <w:rtl/>
        </w:rPr>
        <w:t>משחק מותח / הודעה מעליבה / סרטון מרגש.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איפה שמה משפחת אלמוג את הטלפונים בלילה? – </w:t>
      </w:r>
      <w:r>
        <w:rPr>
          <w:rFonts w:ascii="Arial" w:hAnsi="Arial" w:cs="Arial" w:eastAsia="Arial" w:hint="cs"/>
          <w:sz w:val="28"/>
          <w:szCs w:val="28"/>
          <w:rtl/>
        </w:rPr>
        <w:t>בקופסה ליד המטבח.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"לפני השינה אני יכול/ה במקום מסך ___." – </w:t>
      </w:r>
      <w:r>
        <w:rPr>
          <w:rFonts w:ascii="Arial" w:hAnsi="Arial" w:cs="Arial" w:eastAsia="Arial" w:hint="cs"/>
          <w:sz w:val="28"/>
          <w:szCs w:val="28"/>
          <w:rtl/>
        </w:rPr>
        <w:t>לקרוא ספר / לשמוע מוזיקה שקטה / לדבר עם מישהו מהמשפחה.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המוח מסדר את מה שלמדנו, והגוף גדל.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(שינה)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האור של ה_______ מפריע לזה.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(מסך)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כשמחשיך, המוח מייצר חומר שעוזר להירדם: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(מלטונין)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להפסיק מסכים _______ לפני השינה.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(שעה)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שינה  ·  מסך  ·  אור  ·  מלטונין  ·  הרגל  ·  שעה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בכל ערב יש ויכוח בבית: מתי מניחים את הטלפון?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בני נוער צריכים לישון שמונה עד עשר שעות בלילה. בשינה המוח מסדר את מה שלמדנו, והגוף גדל.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כשמחשיך, המוח מייצר חומר שעוזר להירדם: מלטונין. האור של המסך מפריע לזה. המוח חושב שעדיין יום.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גם התוכן מפריע: משחק מותח או הודעה מעליבה מעוררים אותנו, וקשה להירדם.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מה אפשר לעשות? להפסיק מסכים שעה לפני השינה. להטעין את הטלפון מחוץ לחדר. במשפחת אלמוג כל הטלפונים "הולכים לישון" בקופסה ליד המטבח.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משא ומתן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שיחה שבה כל צד מנסה להגיע להסכמה טובה לו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להפריש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לייצר ולשחרר (חומר בגוף)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לדחות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להזיז למועד מאוחר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מעוררים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גורמים להיות ער ונרגש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שינה  ·  מסך  ·  אור  ·  מלטונין  ·  הרגל  ·  שעה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שינה צריכים בני נוער?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15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8–10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4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עושה האור של המסך?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משפיע בכלל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מפריע למוח להתכונן לשינה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עוזר להירדם מהר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עוד דבר, חוץ מהאור, שמפריע להירדם.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איפה שמה משפחת אלמוג את הטלפונים בלילה?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"לפני השינה אני יכול/ה במקום מסך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המוח מסדר את מה שלמדנו, והגוף גדל.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האור של ה_______ מפריע לזה.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כשמחשיך, המוח מייצר חומר שעוזר להירדם: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להפסיק מסכים _______ לפני השינה.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🌙 מה קורה למוח בעשר בלילה? על טלפונים, אור ושינה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