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🧗 גבוה, מהר, חזק: למה ילדים בני 12 מטפסים על קירות?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8"/>
          <w:szCs w:val="28"/>
          <w:rtl/>
        </w:rPr>
        <w:t>מאגר טקסטים לכיתה ז׳ · כתבה · גרסה: חנ״מ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שחייה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1: </w:t>
      </w:r>
      <w:r>
        <w:rPr>
          <w:rFonts w:ascii="Arial" w:hAnsi="Arial" w:cs="Arial" w:eastAsia="Arial" w:hint="cs"/>
          <w:sz w:val="28"/>
          <w:szCs w:val="28"/>
          <w:rtl/>
        </w:rPr>
        <w:t>טיפוס על קיר.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    ●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לשבת בשקט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2: </w:t>
      </w:r>
      <w:r>
        <w:rPr>
          <w:rFonts w:ascii="Arial" w:hAnsi="Arial" w:cs="Arial" w:eastAsia="Arial" w:hint="cs"/>
          <w:sz w:val="28"/>
          <w:szCs w:val="28"/>
          <w:rtl/>
        </w:rPr>
        <w:t>להתמודד עם פחד, להצליח ולסמוך על אחרים.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כתבו כלל בטיחות אחד מהטקסט. – </w:t>
      </w:r>
      <w:r>
        <w:rPr>
          <w:rFonts w:ascii="Arial" w:hAnsi="Arial" w:cs="Arial" w:eastAsia="Arial" w:hint="cs"/>
          <w:sz w:val="28"/>
          <w:szCs w:val="28"/>
          <w:rtl/>
        </w:rPr>
        <w:t>כל ציוד נבדק פעמיים.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למה מחאו כפיים לאביב? – </w:t>
      </w:r>
      <w:r>
        <w:rPr>
          <w:rFonts w:ascii="Arial" w:hAnsi="Arial" w:cs="Arial" w:eastAsia="Arial" w:hint="cs"/>
          <w:sz w:val="28"/>
          <w:szCs w:val="28"/>
          <w:rtl/>
        </w:rPr>
        <w:t>כי הוא קם אחרי שנפל.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8"/>
          <w:szCs w:val="28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8"/>
          <w:szCs w:val="28"/>
          <w:iCs/>
          <w:rtl/>
        </w:rPr>
        <w:t xml:space="preserve">השלימו: "אתגר שאני רוצה לנסות הוא ___ כי ___." – </w:t>
      </w:r>
      <w:r>
        <w:rPr>
          <w:rFonts w:ascii="Arial" w:hAnsi="Arial" w:cs="Arial" w:eastAsia="Arial" w:hint="cs"/>
          <w:sz w:val="28"/>
          <w:szCs w:val="28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לומדים להתמודד עם _______.</w:t>
      </w:r>
      <w:r>
        <w:rPr>
          <w:rFonts w:ascii="Arial" w:hAnsi="Arial" w:cs="Arial" w:eastAsia="Arial" w:hint="cs"/>
          <w:b/>
          <w:color w:val="2B8A3E"/>
          <w:sz w:val="30"/>
          <w:szCs w:val="30"/>
          <w:bCs/>
          <w:rtl/>
        </w:rPr>
        <w:t xml:space="preserve">  (פחד)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גובה  ·  פחד  ·  הישג  ·  בטיחות  ·  שותף  ·  מטרה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30"/>
          <w:szCs w:val="30"/>
          <w:iCs/>
          <w:rtl/>
        </w:rPr>
        <w:t>קִראו את הטקסט. אפשר לקרוא לאט, ולחזור לכל פסקה.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(א) </w:t>
      </w:r>
      <w:r>
        <w:rPr>
          <w:rFonts w:ascii="Arial" w:hAnsi="Arial" w:cs="Arial" w:eastAsia="Arial" w:hint="cs"/>
          <w:sz w:val="30"/>
          <w:szCs w:val="30"/>
          <w:rtl/>
        </w:rPr>
        <w:t>מאיה בת 12 וחצי. היא מטפסת על קיר גבוה. בפעם הראשונה היא נתקעה ורעדו לה הרגליים. היום היא מגיעה עד למעלה.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(ב) </w:t>
      </w:r>
      <w:r>
        <w:rPr>
          <w:rFonts w:ascii="Arial" w:hAnsi="Arial" w:cs="Arial" w:eastAsia="Arial" w:hint="cs"/>
          <w:sz w:val="30"/>
          <w:szCs w:val="30"/>
          <w:rtl/>
        </w:rPr>
        <w:t>יותר ויותר ילדים בגיל 12–13 בוחרים בספורט עם אתגר: טיפוס, ג'ודו, פארק חבלים.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(ג) </w:t>
      </w:r>
      <w:r>
        <w:rPr>
          <w:rFonts w:ascii="Arial" w:hAnsi="Arial" w:cs="Arial" w:eastAsia="Arial" w:hint="cs"/>
          <w:sz w:val="30"/>
          <w:szCs w:val="30"/>
          <w:rtl/>
        </w:rPr>
        <w:t>למה? הם מרגישים הצלחה אישית. הם לומדים להתמודד עם פחד. וגם – זה כיף ואין בזה מסכים.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(ד) </w:t>
      </w:r>
      <w:r>
        <w:rPr>
          <w:rFonts w:ascii="Arial" w:hAnsi="Arial" w:cs="Arial" w:eastAsia="Arial" w:hint="cs"/>
          <w:sz w:val="30"/>
          <w:szCs w:val="30"/>
          <w:rtl/>
        </w:rPr>
        <w:t>המאמנת אומרת: חשוב לבדוק גבולות במקום בטוח. יש חבל, יש מדריך ויש כללים. כל ציוד נבדק פעמיים.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30"/>
          <w:szCs w:val="30"/>
          <w:bCs/>
          <w:rtl/>
        </w:rPr>
        <w:t xml:space="preserve">(ה) </w:t>
      </w:r>
      <w:r>
        <w:rPr>
          <w:rFonts w:ascii="Arial" w:hAnsi="Arial" w:cs="Arial" w:eastAsia="Arial" w:hint="cs"/>
          <w:sz w:val="30"/>
          <w:szCs w:val="30"/>
          <w:rtl/>
        </w:rPr>
        <w:t>אביב אומר: "כשנפלתי, כולם מחאו כפיים. לא בגלל שנפלתי – בגלל שקמתי."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30"/>
          <w:szCs w:val="30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8"/>
                <w:szCs w:val="28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רתמה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מגמה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משהו שהולך ומתרחב, שיותר ויותר אנשים עושים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חורגים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8"/>
                <w:szCs w:val="28"/>
                <w:rtl/>
              </w:rPr>
              <w:t>עוברים את הגבול, הם יותר מ...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6"/>
                <w:szCs w:val="26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6"/>
                <w:szCs w:val="26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8"/>
          <w:szCs w:val="28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  <w:shd w:val="clear" w:fill="FFF4E6"/>
      </w:pPr>
      <w:r>
        <w:rPr>
          <w:rFonts w:ascii="Arial" w:hAnsi="Arial" w:cs="Arial" w:eastAsia="Arial" w:hint="cs"/>
          <w:b/>
          <w:color w:val="E8590C"/>
          <w:sz w:val="30"/>
          <w:szCs w:val="30"/>
          <w:bCs/>
          <w:rtl/>
        </w:rPr>
        <w:t>🧺 מחסן מילים: גובה  ·  פחד  ·  הישג  ·  בטיחות  ·  שותף  ·  מטרה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שחייה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 xml:space="preserve">      ○ ג. לשבת בשקט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3. כתבו כלל בטיחות אחד מהטקסט.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4. למה מחאו כפיים לאביב?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30"/>
          <w:szCs w:val="30"/>
          <w:bCs/>
          <w:rtl/>
        </w:rPr>
        <w:t>5. השלימו: "אתגר שאני רוצה לנסות הוא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30"/>
          <w:szCs w:val="30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השלימו מילה מתוך מחסן המילים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1. הם לומדים להתמודד עם _______.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30"/>
          <w:szCs w:val="30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🧗 גבוה, מהר, חזק: למה ילדים בני 12 מטפסים על קירות?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